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78"/>
        <w:gridCol w:w="3637"/>
        <w:gridCol w:w="2409"/>
        <w:gridCol w:w="3212"/>
      </w:tblGrid>
      <w:tr w:rsidR="00C85C0B" w:rsidRPr="00587033" w14:paraId="519B4AD2" w14:textId="77777777" w:rsidTr="00587033">
        <w:trPr>
          <w:cantSplit/>
          <w:trHeight w:val="510"/>
        </w:trPr>
        <w:tc>
          <w:tcPr>
            <w:tcW w:w="378" w:type="dxa"/>
            <w:vMerge w:val="restart"/>
            <w:vAlign w:val="center"/>
          </w:tcPr>
          <w:p w14:paraId="3A88CE79" w14:textId="6FE58570" w:rsidR="00C85C0B" w:rsidRPr="00587033" w:rsidRDefault="00C85C0B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9258" w:type="dxa"/>
            <w:gridSpan w:val="3"/>
            <w:shd w:val="clear" w:color="auto" w:fill="F0F0F0"/>
          </w:tcPr>
          <w:p w14:paraId="2D65C390" w14:textId="77777777" w:rsidR="00C85C0B" w:rsidRPr="00587033" w:rsidRDefault="00000000">
            <w:pPr>
              <w:keepNext/>
              <w:rPr>
                <w:sz w:val="18"/>
                <w:szCs w:val="18"/>
              </w:rPr>
            </w:pPr>
            <w:r w:rsidRPr="00587033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340C295B" w14:textId="4AF57DC0" w:rsidR="00C85C0B" w:rsidRPr="00587033" w:rsidRDefault="00587033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GIURGIU</w:t>
            </w:r>
          </w:p>
        </w:tc>
      </w:tr>
      <w:tr w:rsidR="00C85C0B" w:rsidRPr="00587033" w14:paraId="0ACFA7D3" w14:textId="77777777" w:rsidTr="00587033">
        <w:trPr>
          <w:cantSplit/>
          <w:trHeight w:val="510"/>
        </w:trPr>
        <w:tc>
          <w:tcPr>
            <w:tcW w:w="378" w:type="dxa"/>
            <w:vMerge/>
          </w:tcPr>
          <w:p w14:paraId="4D922E0F" w14:textId="77777777" w:rsidR="00C85C0B" w:rsidRPr="00587033" w:rsidRDefault="00C85C0B">
            <w:pPr>
              <w:rPr>
                <w:sz w:val="18"/>
                <w:szCs w:val="18"/>
              </w:rPr>
            </w:pPr>
          </w:p>
        </w:tc>
        <w:tc>
          <w:tcPr>
            <w:tcW w:w="9258" w:type="dxa"/>
            <w:gridSpan w:val="3"/>
            <w:shd w:val="clear" w:color="auto" w:fill="F0F0F0"/>
          </w:tcPr>
          <w:p w14:paraId="7BFDD222" w14:textId="77777777" w:rsidR="00C85C0B" w:rsidRPr="00587033" w:rsidRDefault="00000000">
            <w:pPr>
              <w:keepNext/>
              <w:rPr>
                <w:sz w:val="18"/>
                <w:szCs w:val="18"/>
              </w:rPr>
            </w:pPr>
            <w:r w:rsidRPr="00587033">
              <w:rPr>
                <w:b/>
                <w:color w:val="0D5F78"/>
                <w:sz w:val="18"/>
                <w:szCs w:val="18"/>
              </w:rPr>
              <w:t>Autoritatea administrației publice</w:t>
            </w:r>
          </w:p>
          <w:p w14:paraId="537356A4" w14:textId="16EEDA02" w:rsidR="00C85C0B" w:rsidRPr="00587033" w:rsidRDefault="00587033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PRIMARIA COMUNEI SABARENI</w:t>
            </w:r>
          </w:p>
        </w:tc>
      </w:tr>
      <w:tr w:rsidR="00C85C0B" w:rsidRPr="00587033" w14:paraId="06B81FB7" w14:textId="77777777" w:rsidTr="00587033">
        <w:trPr>
          <w:cantSplit/>
          <w:trHeight w:val="510"/>
        </w:trPr>
        <w:tc>
          <w:tcPr>
            <w:tcW w:w="378" w:type="dxa"/>
            <w:vMerge/>
          </w:tcPr>
          <w:p w14:paraId="5B65FFC0" w14:textId="77777777" w:rsidR="00C85C0B" w:rsidRPr="00587033" w:rsidRDefault="00C85C0B">
            <w:pPr>
              <w:rPr>
                <w:sz w:val="18"/>
                <w:szCs w:val="18"/>
              </w:rPr>
            </w:pPr>
          </w:p>
        </w:tc>
        <w:tc>
          <w:tcPr>
            <w:tcW w:w="3637" w:type="dxa"/>
            <w:shd w:val="clear" w:color="auto" w:fill="F0F0F0"/>
          </w:tcPr>
          <w:p w14:paraId="73114822" w14:textId="77777777" w:rsidR="00C85C0B" w:rsidRPr="00587033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587033">
              <w:rPr>
                <w:b/>
                <w:color w:val="0D5F78"/>
                <w:sz w:val="18"/>
                <w:szCs w:val="18"/>
                <w:lang w:val="fr-FR"/>
              </w:rPr>
              <w:t>Cod de identificare fiscală (CIF)</w:t>
            </w:r>
          </w:p>
          <w:p w14:paraId="790922F4" w14:textId="0DC37F8D" w:rsidR="00C85C0B" w:rsidRPr="00587033" w:rsidRDefault="00587033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16407109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E8EEC57" w14:textId="77777777" w:rsidR="00C85C0B" w:rsidRPr="00587033" w:rsidRDefault="00000000">
            <w:pPr>
              <w:keepNext/>
              <w:rPr>
                <w:sz w:val="18"/>
                <w:szCs w:val="18"/>
                <w:lang w:val="de-DE"/>
              </w:rPr>
            </w:pPr>
            <w:r w:rsidRPr="00587033">
              <w:rPr>
                <w:b/>
                <w:color w:val="0D5F78"/>
                <w:sz w:val="18"/>
                <w:szCs w:val="18"/>
                <w:lang w:val="de-DE"/>
              </w:rPr>
              <w:t>Adresa oficială</w:t>
            </w:r>
          </w:p>
          <w:p w14:paraId="34178E3A" w14:textId="1E1F3811" w:rsidR="00C85C0B" w:rsidRPr="00587033" w:rsidRDefault="00587033" w:rsidP="00587033">
            <w:pPr>
              <w:keepNext/>
              <w:rPr>
                <w:sz w:val="18"/>
                <w:szCs w:val="18"/>
              </w:rPr>
            </w:pPr>
            <w:r w:rsidRPr="00587033">
              <w:rPr>
                <w:sz w:val="18"/>
                <w:szCs w:val="18"/>
              </w:rPr>
              <w:t>Str. TEILOR, nr. 1, tel. 0371195695, email</w:t>
            </w:r>
            <w:r>
              <w:rPr>
                <w:sz w:val="18"/>
                <w:szCs w:val="18"/>
              </w:rPr>
              <w:t>: urbanism@comunasabareni.ro</w:t>
            </w:r>
          </w:p>
        </w:tc>
      </w:tr>
      <w:tr w:rsidR="00C85C0B" w:rsidRPr="00587033" w14:paraId="024C8C88" w14:textId="77777777" w:rsidTr="00587033">
        <w:trPr>
          <w:cantSplit/>
          <w:trHeight w:val="510"/>
        </w:trPr>
        <w:tc>
          <w:tcPr>
            <w:tcW w:w="378" w:type="dxa"/>
            <w:vMerge/>
          </w:tcPr>
          <w:p w14:paraId="60A55E62" w14:textId="77777777" w:rsidR="00C85C0B" w:rsidRPr="00587033" w:rsidRDefault="00C85C0B">
            <w:pPr>
              <w:rPr>
                <w:sz w:val="18"/>
                <w:szCs w:val="18"/>
              </w:rPr>
            </w:pPr>
          </w:p>
        </w:tc>
        <w:tc>
          <w:tcPr>
            <w:tcW w:w="6046" w:type="dxa"/>
            <w:gridSpan w:val="2"/>
            <w:shd w:val="clear" w:color="auto" w:fill="F0F0F0"/>
          </w:tcPr>
          <w:p w14:paraId="4322CA91" w14:textId="77777777" w:rsidR="00C85C0B" w:rsidRPr="00587033" w:rsidRDefault="00000000">
            <w:pPr>
              <w:keepNext/>
              <w:rPr>
                <w:sz w:val="18"/>
                <w:szCs w:val="18"/>
              </w:rPr>
            </w:pPr>
            <w:r w:rsidRPr="00587033">
              <w:rPr>
                <w:b/>
                <w:color w:val="0D5F78"/>
                <w:sz w:val="18"/>
                <w:szCs w:val="18"/>
              </w:rPr>
              <w:t>Număr de înregistrare</w:t>
            </w:r>
          </w:p>
          <w:p w14:paraId="28C1E4E9" w14:textId="77777777" w:rsidR="00C85C0B" w:rsidRPr="00587033" w:rsidRDefault="00C85C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Pr="00587033" w:rsidRDefault="00000000">
            <w:pPr>
              <w:keepNext/>
              <w:rPr>
                <w:sz w:val="18"/>
                <w:szCs w:val="18"/>
              </w:rPr>
            </w:pPr>
            <w:r w:rsidRPr="00587033">
              <w:rPr>
                <w:b/>
                <w:color w:val="0D5F78"/>
                <w:sz w:val="18"/>
                <w:szCs w:val="18"/>
              </w:rPr>
              <w:t>Data</w:t>
            </w:r>
          </w:p>
          <w:p w14:paraId="4EF75A35" w14:textId="77777777" w:rsidR="00C85C0B" w:rsidRPr="00587033" w:rsidRDefault="00C85C0B">
            <w:pPr>
              <w:keepNext/>
              <w:rPr>
                <w:sz w:val="18"/>
                <w:szCs w:val="18"/>
              </w:rPr>
            </w:pPr>
          </w:p>
        </w:tc>
      </w:tr>
      <w:tr w:rsidR="00C85C0B" w:rsidRPr="00587033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587033" w:rsidRDefault="00000000">
            <w:pPr>
              <w:rPr>
                <w:sz w:val="18"/>
                <w:szCs w:val="18"/>
                <w:lang w:val="fr-FR"/>
              </w:rPr>
            </w:pPr>
            <w:r w:rsidRPr="00587033">
              <w:rPr>
                <w:i/>
                <w:color w:val="595959"/>
                <w:sz w:val="18"/>
                <w:szCs w:val="18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000000">
      <w:pPr>
        <w:spacing w:after="120"/>
        <w:jc w:val="center"/>
      </w:pPr>
      <w:r>
        <w:rPr>
          <w:sz w:val="19"/>
        </w:rPr>
        <w:t>privind finalizarea lucrărilor notificate și solicitarea participării reprezentantului UAT la recepție</w:t>
      </w:r>
    </w:p>
    <w:p w14:paraId="279D8DA9" w14:textId="77777777"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>Instituția</w:t>
            </w:r>
          </w:p>
          <w:p w14:paraId="661E6056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000000">
            <w:pPr>
              <w:spacing w:line="228" w:lineRule="auto"/>
              <w:rPr>
                <w:lang w:val="fr-FR"/>
              </w:rPr>
            </w:pPr>
            <w:r w:rsidRPr="00150E80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r>
              <w:rPr>
                <w:b/>
                <w:color w:val="0D5F78"/>
              </w:rPr>
              <w:t>Telefon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>Nr. / data notificării</w:t>
            </w:r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r>
              <w:rPr>
                <w:b/>
                <w:color w:val="0D5F78"/>
              </w:rPr>
              <w:t>Proiect nr. / cod</w:t>
            </w:r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r>
              <w:rPr>
                <w:b/>
                <w:color w:val="0D5F78"/>
              </w:rPr>
              <w:t>Imobilul</w:t>
            </w:r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 începerii lucrărilor</w:t>
            </w:r>
          </w:p>
          <w:p w14:paraId="2D6D470D" w14:textId="77777777" w:rsidR="00C85C0B" w:rsidRDefault="00000000">
            <w:pPr>
              <w:keepNext/>
            </w:pPr>
            <w:r>
              <w:rPr>
                <w:i/>
                <w:color w:val="7A7A7A"/>
              </w:rPr>
              <w:t>se declară aici</w:t>
            </w:r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 finalizării</w:t>
            </w:r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 propusă pentru recepție</w:t>
            </w:r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locul</w:t>
            </w:r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r w:rsidRPr="00150E80">
              <w:t>privind Codul amenajării teritoriului, urbanismului și construcțiilor</w:t>
            </w:r>
            <w:r>
              <w:t xml:space="preserve"> nu instituie o înștiințare distinctă privind începerea lucrărilor notificate; data începerii se declară în prezentul formular și se consemnează în procesul-verbal de recepție.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r>
              <w:rPr>
                <w:b/>
                <w:color w:val="0D5F78"/>
              </w:rPr>
              <w:t>Beneficiarul</w:t>
            </w:r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r>
              <w:rPr>
                <w:b/>
                <w:color w:val="0D5F78"/>
              </w:rPr>
              <w:t>Semnătura</w:t>
            </w:r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72C5A" w14:textId="77777777" w:rsidR="00003C18" w:rsidRDefault="00003C18">
      <w:r>
        <w:separator/>
      </w:r>
    </w:p>
  </w:endnote>
  <w:endnote w:type="continuationSeparator" w:id="0">
    <w:p w14:paraId="02AE4AA6" w14:textId="77777777" w:rsidR="00003C18" w:rsidRDefault="00003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Footer"/>
      <w:tabs>
        <w:tab w:val="right" w:pos="9639"/>
      </w:tabs>
    </w:pPr>
    <w:r>
      <w:rPr>
        <w:color w:val="595959"/>
      </w:rPr>
      <w:t>F_NOT_07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CCB42" w14:textId="77777777" w:rsidR="00003C18" w:rsidRDefault="00003C18">
      <w:r>
        <w:separator/>
      </w:r>
    </w:p>
  </w:footnote>
  <w:footnote w:type="continuationSeparator" w:id="0">
    <w:p w14:paraId="605988AF" w14:textId="77777777" w:rsidR="00003C18" w:rsidRDefault="00003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C18"/>
    <w:rsid w:val="00034616"/>
    <w:rsid w:val="0006063C"/>
    <w:rsid w:val="0015074B"/>
    <w:rsid w:val="00150E80"/>
    <w:rsid w:val="0029639D"/>
    <w:rsid w:val="00326F90"/>
    <w:rsid w:val="003A7070"/>
    <w:rsid w:val="003F0F62"/>
    <w:rsid w:val="00587033"/>
    <w:rsid w:val="005C02E4"/>
    <w:rsid w:val="00AA1D8D"/>
    <w:rsid w:val="00B47730"/>
    <w:rsid w:val="00B94163"/>
    <w:rsid w:val="00C85C0B"/>
    <w:rsid w:val="00CB0664"/>
    <w:rsid w:val="00D01260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Vlasceanu Cristina</cp:lastModifiedBy>
  <cp:revision>3</cp:revision>
  <dcterms:created xsi:type="dcterms:W3CDTF">2013-12-23T23:15:00Z</dcterms:created>
  <dcterms:modified xsi:type="dcterms:W3CDTF">2026-08-31T10:41:00Z</dcterms:modified>
  <cp:category/>
</cp:coreProperties>
</file>